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sz w:val="20"/>
        </w:rPr>
        <w:t>Nom : _____________________________________________________________</w:t>
        <w:br/>
        <w:t>Prénom : __________________________________________________________</w:t>
        <w:br/>
        <w:t>Adresse : _________________________________________________________</w:t>
        <w:br/>
        <w:t>Téléphone : _______________________________________________________</w:t>
        <w:br/>
        <w:t>E-mail : __________________________________________________________</w:t>
      </w:r>
    </w:p>
    <w:p/>
    <w:p/>
    <w:p>
      <w:pPr>
        <w:jc w:val="right"/>
      </w:pPr>
      <w:r>
        <w:rPr>
          <w:sz w:val="20"/>
        </w:rPr>
        <w:t>À l’attention de : ___________________________________________________</w:t>
        <w:br/>
        <w:t>Adresse : _________________________________________________________</w:t>
        <w:br/>
        <w:t>Code postal / Ville : ______________________________________________</w:t>
      </w:r>
    </w:p>
    <w:p/>
    <w:p/>
    <w:p/>
    <w:p>
      <w:pPr>
        <w:jc w:val="center"/>
      </w:pPr>
      <w:r>
        <w:rPr>
          <w:b/>
          <w:i w:val="0"/>
          <w:sz w:val="22"/>
        </w:rPr>
        <w:t>Lettre de motivation pour un poste d’AESH (Accompagnant des Élèves en Situation de Handicap)</w:t>
      </w:r>
    </w:p>
    <w:p/>
    <w:p/>
    <w:p>
      <w:r>
        <w:rPr>
          <w:b w:val="0"/>
          <w:i w:val="0"/>
          <w:sz w:val="22"/>
        </w:rPr>
        <w:t>Madame, Monsieur,</w:t>
      </w:r>
    </w:p>
    <w:p/>
    <w:p>
      <w:r>
        <w:rPr>
          <w:b w:val="0"/>
          <w:i w:val="0"/>
          <w:sz w:val="22"/>
        </w:rPr>
        <w:t>Actuellement à la recherche d’un poste d’AESH, je vous adresse ma candidature avec beaucoup d’enthousiasme. Bien que ne disposant pas encore d’expérience professionnelle dans ce domaine, je suis profondément motivé(e) par l’accompagnement des élèves en situation de handicap, et souhaite m’investir pleinement dans cette mission essentielle.</w:t>
      </w:r>
    </w:p>
    <w:p/>
    <w:p>
      <w:r>
        <w:rPr>
          <w:b w:val="0"/>
          <w:i w:val="0"/>
          <w:sz w:val="22"/>
        </w:rPr>
        <w:t>Je suis convaincu(e) que mon sens de l’écoute, ma patience, ainsi que ma capacité d’adaptation seront des atouts majeurs pour répondre aux besoins spécifiques des élèves. Je suis également prêt(e) à suivre toutes les formations nécessaires pour approfondir mes compétences et assurer un accompagnement de qualité.</w:t>
      </w:r>
    </w:p>
    <w:p/>
    <w:p>
      <w:r>
        <w:rPr>
          <w:b w:val="0"/>
          <w:i w:val="0"/>
          <w:sz w:val="22"/>
        </w:rPr>
        <w:t>Travailler auprès d’enfants ou adolescents en situation de handicap représente pour moi une réelle vocation. Je suis conscient(e) des exigences de ce métier, notamment en termes de disponibilité, d’empathie et de rigueur, et je souhaite m’engager pleinement dans cette démarche.</w:t>
      </w:r>
    </w:p>
    <w:p/>
    <w:p>
      <w:r>
        <w:rPr>
          <w:b w:val="0"/>
          <w:i w:val="0"/>
          <w:sz w:val="22"/>
        </w:rPr>
        <w:t>Je reste à votre disposition pour un entretien au cours duquel je pourrais vous exposer plus en détail mes motivations et mon projet professionnel.</w:t>
      </w:r>
    </w:p>
    <w:p/>
    <w:p/>
    <w:p>
      <w:r>
        <w:rPr>
          <w:b w:val="0"/>
          <w:i/>
          <w:sz w:val="22"/>
        </w:rPr>
        <w:t>Je vous prie d’agréer, Madame, Monsieur, l’expression de mes salutations distinguées.</w:t>
      </w:r>
    </w:p>
    <w:p/>
    <w:p/>
    <w:p/>
    <w:p>
      <w:pPr>
        <w:jc w:val="left"/>
      </w:pPr>
      <w:r>
        <w:rPr>
          <w:sz w:val="22"/>
        </w:rPr>
        <w:t>Signature :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0"/>
              </w:rPr>
              <w:t>Nom du recruteur :</w:t>
            </w:r>
          </w:p>
        </w:tc>
        <w:tc>
          <w:tcPr>
            <w:tcW w:type="dxa" w:w="4986"/>
            <w:tcBorders>
              <w:top w:val="nil"/>
              <w:left w:val="nil"/>
              <w:bottom w:val="nil"/>
              <w:right w:val="nil"/>
              <w:insideH w:val="nil"/>
              <w:insideV w:val="nil"/>
            </w:tcBorders>
          </w:tcPr>
          <w:p>
            <w:pPr>
              <w:jc w:val="left"/>
            </w:pPr>
            <w:r>
              <w:rPr>
                <w:sz w:val="20"/>
              </w:rPr>
              <w:t>_____________________________________________________________</w:t>
            </w:r>
          </w:p>
        </w:tc>
      </w:tr>
      <w:tr>
        <w:tc>
          <w:tcPr>
            <w:tcW w:type="dxa" w:w="4986"/>
            <w:tcBorders>
              <w:top w:val="nil"/>
              <w:left w:val="nil"/>
              <w:bottom w:val="nil"/>
              <w:right w:val="nil"/>
              <w:insideH w:val="nil"/>
              <w:insideV w:val="nil"/>
            </w:tcBorders>
          </w:tcPr>
          <w:p>
            <w:pPr>
              <w:jc w:val="left"/>
            </w:pPr>
            <w:r>
              <w:rPr>
                <w:sz w:val="20"/>
              </w:rPr>
              <w:t>Fonction :</w:t>
            </w:r>
          </w:p>
        </w:tc>
        <w:tc>
          <w:tcPr>
            <w:tcW w:type="dxa" w:w="4986"/>
            <w:tcBorders>
              <w:top w:val="nil"/>
              <w:left w:val="nil"/>
              <w:bottom w:val="nil"/>
              <w:right w:val="nil"/>
              <w:insideH w:val="nil"/>
              <w:insideV w:val="nil"/>
            </w:tcBorders>
          </w:tcPr>
          <w:p>
            <w:pPr>
              <w:jc w:val="left"/>
            </w:pPr>
            <w:r>
              <w:rPr>
                <w:sz w:val="20"/>
              </w:rPr>
              <w:t>_____________________________________________________________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https://lettredemotivation-modeles.com/lettre-motivation-aesh-sans-experience/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https://lettredemotivation-modeles.com</w:t>
        </w:r>
      </w:hyperlink>
    </w:p>
    <w:p>
      <w:pPr>
        <w:jc w:val="center"/>
      </w:pPr>
      <w:r>
        <w:rPr>
          <w:color w:val="808080"/>
          <w:sz w:val="20"/>
        </w:rPr>
        <w:t>Ce modèle est destiné exclusivement à un usage personnel et non commercial.</w:t>
        <w:br/>
        <w:t>Toute diffusion ou publication doit obligatoirement mentionner la source. © lettredemotivation-modeles.com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redemotivation-modeles.com/lettre-motivation-aesh-sans-experience/" TargetMode="External"/><Relationship Id="rId10" Type="http://schemas.openxmlformats.org/officeDocument/2006/relationships/hyperlink" Target="https://lettredemotivation-mode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