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2"/>
        </w:rPr>
        <w:t>Nom Prénom</w:t>
      </w:r>
    </w:p>
    <w:p>
      <w:r>
        <w:rPr>
          <w:b w:val="0"/>
          <w:sz w:val="22"/>
        </w:rPr>
        <w:t>Adresse</w:t>
      </w:r>
    </w:p>
    <w:p>
      <w:r>
        <w:rPr>
          <w:b w:val="0"/>
          <w:sz w:val="22"/>
        </w:rPr>
        <w:t>Code postal - Ville</w:t>
      </w:r>
    </w:p>
    <w:p>
      <w:r>
        <w:rPr>
          <w:b w:val="0"/>
          <w:sz w:val="22"/>
        </w:rPr>
        <w:t>Téléphone :</w:t>
      </w:r>
    </w:p>
    <w:p>
      <w:r>
        <w:rPr>
          <w:b w:val="0"/>
          <w:sz w:val="22"/>
        </w:rPr>
        <w:t>Adresse e-mail :</w:t>
      </w:r>
    </w:p>
    <w:p/>
    <w:p/>
    <w:p>
      <w:r>
        <w:rPr>
          <w:b/>
          <w:sz w:val="22"/>
        </w:rPr>
        <w:t>À</w:t>
      </w:r>
    </w:p>
    <w:p>
      <w:r>
        <w:rPr>
          <w:b w:val="0"/>
          <w:sz w:val="22"/>
        </w:rPr>
        <w:t>Monsieur/Madame le/la Responsable des Ressources Humaines</w:t>
      </w:r>
    </w:p>
    <w:p>
      <w:r>
        <w:rPr>
          <w:b w:val="0"/>
          <w:sz w:val="22"/>
        </w:rPr>
        <w:t>Nom de l'administration ou service</w:t>
      </w:r>
    </w:p>
    <w:p>
      <w:r>
        <w:rPr>
          <w:b w:val="0"/>
          <w:sz w:val="22"/>
        </w:rPr>
        <w:t>Adresse</w:t>
      </w:r>
    </w:p>
    <w:p>
      <w:r>
        <w:rPr>
          <w:b w:val="0"/>
          <w:sz w:val="22"/>
        </w:rPr>
        <w:t>Code postal - Ville</w:t>
      </w:r>
    </w:p>
    <w:p/>
    <w:p/>
    <w:p>
      <w:r>
        <w:rPr>
          <w:b/>
          <w:sz w:val="22"/>
        </w:rPr>
        <w:t>Objet : Candidature à une promotion interne</w:t>
      </w:r>
    </w:p>
    <w:p/>
    <w:p/>
    <w:p>
      <w:r>
        <w:rPr>
          <w:b w:val="0"/>
          <w:sz w:val="22"/>
        </w:rPr>
        <w:t>Madame, Monsieur,</w:t>
      </w:r>
    </w:p>
    <w:p/>
    <w:p>
      <w:r>
        <w:rPr>
          <w:b w:val="0"/>
          <w:sz w:val="22"/>
        </w:rPr>
        <w:t>Actuellement en poste en tant que [votre fonction actuelle] au sein de [nom du service ou administration], je souhaite vous faire part de ma candidature à la promotion interne pour le poste de [intitulé du poste visé].</w:t>
      </w:r>
    </w:p>
    <w:p/>
    <w:p>
      <w:r>
        <w:rPr>
          <w:b w:val="0"/>
          <w:sz w:val="22"/>
        </w:rPr>
        <w:t>Depuis mon entrée dans la fonction publique, j’ai acquis une expérience solide dans [préciser domaine(s) ou missions principales], ce qui m’a permis de développer des compétences en [préciser compétences clés].</w:t>
      </w:r>
    </w:p>
    <w:p/>
    <w:p>
      <w:r>
        <w:rPr>
          <w:b w:val="0"/>
          <w:sz w:val="22"/>
        </w:rPr>
        <w:t>Intégrer ce nouveau poste représente pour moi une véritable opportunité de progression professionnelle et de prise de responsabilités accrues, en cohérence avec mon projet professionnel et mon engagement envers le service public.</w:t>
      </w:r>
    </w:p>
    <w:p/>
    <w:p>
      <w:r>
        <w:rPr>
          <w:b w:val="0"/>
          <w:sz w:val="22"/>
        </w:rPr>
        <w:t>Je suis convaincu(e) que mes qualités relationnelles, mon sens de l’organisation, ainsi que ma connaissance approfondie des procédures administratives, me permettront de contribuer efficacement aux missions confiées.</w:t>
      </w:r>
    </w:p>
    <w:p/>
    <w:p>
      <w:r>
        <w:rPr>
          <w:b w:val="0"/>
          <w:sz w:val="22"/>
        </w:rPr>
        <w:t>Je me tiens à votre disposition pour un entretien au cours duquel je pourrai vous exposer plus en détail mes motivations et mon parcours.</w:t>
      </w:r>
    </w:p>
    <w:p/>
    <w:p/>
    <w:p>
      <w:r>
        <w:rPr>
          <w:b w:val="0"/>
          <w:sz w:val="22"/>
        </w:rPr>
        <w:t>Je vous prie d’agréer, Madame, Monsieur, l’expression de mes salutations respectueuses.</w:t>
      </w:r>
    </w:p>
    <w:p/>
    <w:p/>
    <w:p/>
    <w:p>
      <w:r>
        <w:rPr>
          <w:b/>
          <w:sz w:val="22"/>
        </w:rPr>
        <w:t>Signature</w:t>
      </w:r>
    </w:p>
    <w:p/>
    <w:p/>
    <w:tbl>
      <w:tblPr>
        <w:tblW w:type="auto" w:w="0"/>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Lieu : ____________________________</w:t>
            </w:r>
          </w:p>
        </w:tc>
        <w:tc>
          <w:tcPr>
            <w:tcW w:type="dxa" w:w="4986"/>
            <w:tcBorders>
              <w:top w:val="nil"/>
              <w:left w:val="nil"/>
              <w:bottom w:val="nil"/>
              <w:right w:val="nil"/>
              <w:insideH w:val="nil"/>
              <w:insideV w:val="nil"/>
            </w:tcBorders>
          </w:tcPr>
          <w:p>
            <w:pPr>
              <w:jc w:val="left"/>
            </w:pPr>
            <w:r>
              <w:t>Date : 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https://lettredemotivation-modeles.com/lettre-de-motivation-promotion-interne-fonction-publique/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https://lettredemotivation-modeles.com</w:t>
        </w:r>
      </w:hyperlink>
    </w:p>
    <w:p>
      <w:pPr>
        <w:jc w:val="center"/>
      </w:pPr>
      <w:r>
        <w:rPr>
          <w:color w:val="808080"/>
          <w:sz w:val="20"/>
        </w:rPr>
        <w:t>Ce modèle est destiné exclusivement à un usage personnel et non commercial.</w:t>
        <w:br/>
        <w:t>Toute diffusion ou publication doit obligatoirement mentionner la source. © lettredemotivation-modeles.com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redemotivation-modeles.com/lettre-de-motivation-promotion-interne-fonction-publique/" TargetMode="External"/><Relationship Id="rId10" Type="http://schemas.openxmlformats.org/officeDocument/2006/relationships/hyperlink" Target="https://lettredemotivation-model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