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2"/>
        </w:rPr>
        <w:t>Nom Prénom :</w:t>
      </w:r>
    </w:p>
    <w:p>
      <w:r>
        <w:rPr>
          <w:b w:val="0"/>
          <w:sz w:val="22"/>
        </w:rPr>
        <w:t>Adresse :</w:t>
      </w:r>
    </w:p>
    <w:p>
      <w:r>
        <w:rPr>
          <w:b w:val="0"/>
          <w:sz w:val="22"/>
        </w:rPr>
        <w:t>Téléphone :</w:t>
      </w:r>
    </w:p>
    <w:p>
      <w:r>
        <w:rPr>
          <w:b w:val="0"/>
          <w:sz w:val="22"/>
        </w:rPr>
        <w:t>Email :</w:t>
      </w:r>
    </w:p>
    <w:p/>
    <w:p/>
    <w:p>
      <w:r>
        <w:rPr>
          <w:b/>
          <w:sz w:val="22"/>
        </w:rPr>
        <w:t>Nom de l'école d’ingénieur :</w:t>
      </w:r>
    </w:p>
    <w:p>
      <w:r>
        <w:rPr>
          <w:b w:val="0"/>
          <w:sz w:val="22"/>
        </w:rPr>
        <w:t>Adresse de l'école :</w:t>
      </w:r>
    </w:p>
    <w:p/>
    <w:p/>
    <w:p>
      <w:r>
        <w:rPr>
          <w:b/>
          <w:sz w:val="22"/>
        </w:rPr>
        <w:t>Objet : Candidature pour intégrer votre école d’ingénieur</w:t>
      </w:r>
    </w:p>
    <w:p/>
    <w:p/>
    <w:p>
      <w:r>
        <w:rPr>
          <w:b w:val="0"/>
          <w:sz w:val="22"/>
        </w:rPr>
        <w:t>Madame, Monsieur,</w:t>
      </w:r>
    </w:p>
    <w:p/>
    <w:p>
      <w:r>
        <w:rPr>
          <w:b w:val="0"/>
          <w:sz w:val="22"/>
        </w:rPr>
        <w:t>Actuellement titulaire du [préciser diplôme ou formation actuelle], je souhaite intégrer votre école d’ingénieur afin de développer mes compétences techniques et scientifiques dans un environnement d’excellence.</w:t>
      </w:r>
    </w:p>
    <w:p/>
    <w:p>
      <w:r>
        <w:rPr>
          <w:b w:val="0"/>
          <w:sz w:val="22"/>
        </w:rPr>
        <w:t>Votre établissement, reconnu pour la qualité de son enseignement et son ouverture à l’international, correspond parfaitement à mes ambitions professionnelles. Intégrer votre école me permettrait d’acquérir un solide socle de connaissances ainsi que des expériences pratiques indispensables pour évoluer dans le secteur de [préciser secteur ou spécialité].</w:t>
      </w:r>
    </w:p>
    <w:p/>
    <w:p>
      <w:r>
        <w:rPr>
          <w:b w:val="0"/>
          <w:sz w:val="22"/>
        </w:rPr>
        <w:t>Passionné(e) par [préciser domaine lié à l’ingénierie], j’ai pu développer des compétences en [préciser compétences, projets ou stages] qui renforcent ma détermination à poursuivre dans cette voie. Je suis également très motivé(e) par les projets collaboratifs et l’innovation, valeurs que votre école met en avant.</w:t>
      </w:r>
    </w:p>
    <w:p/>
    <w:p>
      <w:r>
        <w:rPr>
          <w:b w:val="0"/>
          <w:sz w:val="22"/>
        </w:rPr>
        <w:t>Mon projet professionnel est de devenir ingénieur(e) spécialisé(e) en [préciser spécialité], et j’ai la conviction que la formation dispensée dans votre établissement me permettra d’atteindre cet objectif avec succès.</w:t>
      </w:r>
    </w:p>
    <w:p/>
    <w:p>
      <w:r>
        <w:rPr>
          <w:b w:val="0"/>
          <w:sz w:val="22"/>
        </w:rPr>
        <w:t>Je reste à votre disposition pour tout entretien ou information complémentaire et vous remercie par avance de l’attention portée à ma candidature.</w:t>
      </w:r>
    </w:p>
    <w:p/>
    <w:p/>
    <w:p>
      <w:r>
        <w:rPr>
          <w:b w:val="0"/>
          <w:sz w:val="22"/>
        </w:rPr>
        <w:t>Je vous prie d’agréer, Madame, Monsieur, l’expression de mes salutations distinguées.</w:t>
      </w:r>
    </w:p>
    <w:p/>
    <w:p/>
    <w:p/>
    <w:p>
      <w:r>
        <w:rPr>
          <w:b w:val="0"/>
          <w:sz w:val="22"/>
        </w:rPr>
        <w:t>Signature 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Téléphone 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Email 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LinkedIn 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Portfolio / Site web :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https://lettredemotivation-modeles.com/lettre-de-motivation-pour-integrer-une-ecole-d-ingenieur/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https://lettredemotivation-modeles.com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lettredemotivation-modeles.com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redemotivation-modeles.com/lettre-de-motivation-pour-integrer-une-ecole-d-ingenieur/" TargetMode="External"/><Relationship Id="rId10" Type="http://schemas.openxmlformats.org/officeDocument/2006/relationships/hyperlink" Target="https://lettredemotivation-model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