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sz w:val="22"/>
        </w:rPr>
        <w:t>Nom Prénom</w:t>
      </w:r>
    </w:p>
    <w:p>
      <w:r>
        <w:rPr>
          <w:b w:val="0"/>
          <w:sz w:val="22"/>
        </w:rPr>
        <w:t>Grade actuel : ________________________________________________</w:t>
      </w:r>
    </w:p>
    <w:p>
      <w:r>
        <w:rPr>
          <w:b w:val="0"/>
          <w:sz w:val="22"/>
        </w:rPr>
        <w:t>Service / Département : _______________________________________</w:t>
      </w:r>
    </w:p>
    <w:p>
      <w:r>
        <w:rPr>
          <w:b w:val="0"/>
          <w:sz w:val="22"/>
        </w:rPr>
        <w:t>Adresse : ____________________________________________________</w:t>
      </w:r>
    </w:p>
    <w:p>
      <w:r>
        <w:rPr>
          <w:b w:val="0"/>
          <w:sz w:val="22"/>
        </w:rPr>
        <w:t>Téléphone : _________________________________________________</w:t>
      </w:r>
    </w:p>
    <w:p>
      <w:r>
        <w:rPr>
          <w:b w:val="0"/>
          <w:sz w:val="22"/>
        </w:rPr>
        <w:t>E-mail : _____________________________________________________</w:t>
      </w:r>
    </w:p>
    <w:p/>
    <w:p/>
    <w:p>
      <w:r>
        <w:rPr>
          <w:b w:val="0"/>
          <w:sz w:val="22"/>
        </w:rPr>
        <w:t>À</w:t>
      </w:r>
    </w:p>
    <w:p>
      <w:r>
        <w:rPr>
          <w:b w:val="0"/>
          <w:sz w:val="22"/>
        </w:rPr>
        <w:t>Monsieur/Madame _______________________________</w:t>
      </w:r>
    </w:p>
    <w:p>
      <w:r>
        <w:rPr>
          <w:b w:val="0"/>
          <w:sz w:val="22"/>
        </w:rPr>
        <w:t>Fonction : ______________________________________</w:t>
      </w:r>
    </w:p>
    <w:p>
      <w:r>
        <w:rPr>
          <w:b w:val="0"/>
          <w:sz w:val="22"/>
        </w:rPr>
        <w:t>Administration / Service : ________________________</w:t>
      </w:r>
    </w:p>
    <w:p>
      <w:r>
        <w:rPr>
          <w:b w:val="0"/>
          <w:sz w:val="22"/>
        </w:rPr>
        <w:t>Adresse : _______________________________________</w:t>
      </w:r>
    </w:p>
    <w:p/>
    <w:p/>
    <w:p>
      <w:pPr>
        <w:jc w:val="center"/>
      </w:pPr>
      <w:r>
        <w:rPr>
          <w:b/>
          <w:sz w:val="22"/>
        </w:rPr>
        <w:t>Objet : Demande d’avancement de grade dans la fonction publique</w:t>
      </w:r>
    </w:p>
    <w:p/>
    <w:p/>
    <w:p>
      <w:r>
        <w:rPr>
          <w:b w:val="0"/>
          <w:sz w:val="22"/>
        </w:rPr>
        <w:t>Monsieur/Madame,</w:t>
      </w:r>
    </w:p>
    <w:p/>
    <w:p>
      <w:r>
        <w:rPr>
          <w:b w:val="0"/>
          <w:sz w:val="22"/>
        </w:rPr>
        <w:t>Par la présente, je souhaite solliciter un avancement de grade dans la fonction publique, conformément aux dispositions prévues par le statut général des fonctionnaires.</w:t>
      </w:r>
    </w:p>
    <w:p/>
    <w:p>
      <w:r>
        <w:rPr>
          <w:b w:val="0"/>
          <w:sz w:val="22"/>
        </w:rPr>
        <w:t>En effet, occupant actuellement le grade de ______________________, je justifie d’une expérience professionnelle de plus de ______ années au sein de la fonction publique, ayant toujours exercé mes fonctions avec rigueur, dévouement, et professionnalisme.</w:t>
      </w:r>
    </w:p>
    <w:p/>
    <w:p>
      <w:r>
        <w:rPr>
          <w:b w:val="0"/>
          <w:sz w:val="22"/>
        </w:rPr>
        <w:t>Au cours de ma carrière, j’ai eu l’opportunité de mener à bien plusieurs missions et projets, notamment :</w:t>
      </w:r>
    </w:p>
    <w:p>
      <w:pPr>
        <w:pStyle w:val="ListBullet"/>
      </w:pPr>
      <w:r>
        <w:t>______________________________________________________________</w:t>
      </w:r>
    </w:p>
    <w:p>
      <w:pPr>
        <w:pStyle w:val="ListBullet"/>
      </w:pPr>
      <w:r>
        <w:t>______________________________________________________________</w:t>
      </w:r>
    </w:p>
    <w:p>
      <w:pPr>
        <w:pStyle w:val="ListBullet"/>
      </w:pPr>
      <w:r>
        <w:t>______________________________________________________________</w:t>
      </w:r>
    </w:p>
    <w:p/>
    <w:p>
      <w:r>
        <w:rPr>
          <w:b w:val="0"/>
          <w:sz w:val="22"/>
        </w:rPr>
        <w:t>Ces expériences m'ont permis d’acquérir des compétences solides et de démontrer mon aptitude à assumer des responsabilités accrues, justifiant ainsi ma demande d’avancement.</w:t>
      </w:r>
    </w:p>
    <w:p/>
    <w:p>
      <w:r>
        <w:rPr>
          <w:b w:val="0"/>
          <w:sz w:val="22"/>
        </w:rPr>
        <w:t>Conformément à l’article L. 411-2 du Code général de la fonction publique, je vous soumets ma candidature pour un passage au grade supérieur.</w:t>
      </w:r>
    </w:p>
    <w:p/>
    <w:p>
      <w:r>
        <w:rPr>
          <w:b w:val="0"/>
          <w:sz w:val="22"/>
        </w:rPr>
        <w:t>Je reste à votre disposition pour tout entretien ou complément d’information que vous jugerez utile.</w:t>
      </w:r>
    </w:p>
    <w:p/>
    <w:p/>
    <w:p>
      <w:r>
        <w:rPr>
          <w:b w:val="0"/>
          <w:sz w:val="22"/>
        </w:rPr>
        <w:t>Je vous prie d’agréer, Monsieur/Madame, l’expression de mes salutations respectueuses.</w:t>
      </w:r>
    </w:p>
    <w:p/>
    <w:p/>
    <w:p/>
    <w:p>
      <w:pPr>
        <w:jc w:val="center"/>
      </w:pPr>
      <w:r>
        <w:rPr>
          <w:b w:val="0"/>
          <w:sz w:val="22"/>
        </w:rPr>
        <w:t>Signature : 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https://lettredemotivation-modeles.com/lettre-de-motivation-pour-avancement-de-grade-dans-la-fonction-publique/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https://lettredemotivation-modeles.com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lettredemotivation-modeles.com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redemotivation-modeles.com/lettre-de-motivation-pour-avancement-de-grade-dans-la-fonction-publique/" TargetMode="External"/><Relationship Id="rId10" Type="http://schemas.openxmlformats.org/officeDocument/2006/relationships/hyperlink" Target="https://lettredemotivation-model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