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2"/>
        </w:rPr>
        <w:t>Nom Prénom :</w:t>
      </w:r>
    </w:p>
    <w:p>
      <w:r>
        <w:rPr>
          <w:b w:val="0"/>
          <w:sz w:val="22"/>
        </w:rPr>
        <w:t>Adresse :</w:t>
      </w:r>
    </w:p>
    <w:p>
      <w:r>
        <w:rPr>
          <w:b w:val="0"/>
          <w:sz w:val="22"/>
        </w:rPr>
        <w:t>Code postal - Ville :</w:t>
      </w:r>
    </w:p>
    <w:p>
      <w:r>
        <w:rPr>
          <w:b w:val="0"/>
          <w:sz w:val="22"/>
        </w:rPr>
        <w:t>Téléphone :</w:t>
      </w:r>
    </w:p>
    <w:p>
      <w:r>
        <w:rPr>
          <w:b w:val="0"/>
          <w:sz w:val="22"/>
        </w:rPr>
        <w:t>Email :</w:t>
      </w:r>
    </w:p>
    <w:p/>
    <w:p/>
    <w:p>
      <w:r>
        <w:rPr>
          <w:b/>
          <w:sz w:val="22"/>
        </w:rPr>
        <w:t>Nom de l'établissement / Entreprise :</w:t>
      </w:r>
    </w:p>
    <w:p>
      <w:r>
        <w:rPr>
          <w:b w:val="0"/>
          <w:sz w:val="22"/>
        </w:rPr>
        <w:t>Nom du responsable du recrutement :</w:t>
      </w:r>
    </w:p>
    <w:p>
      <w:r>
        <w:rPr>
          <w:b w:val="0"/>
          <w:sz w:val="22"/>
        </w:rPr>
        <w:t>Adresse :</w:t>
      </w:r>
    </w:p>
    <w:p>
      <w:r>
        <w:rPr>
          <w:b w:val="0"/>
          <w:sz w:val="22"/>
        </w:rPr>
        <w:t>Code postal - Ville :</w:t>
      </w:r>
    </w:p>
    <w:p/>
    <w:p/>
    <w:p/>
    <w:p>
      <w:r>
        <w:rPr>
          <w:b/>
          <w:sz w:val="22"/>
        </w:rPr>
        <w:t>Objet : Candidature au poste d’infirmier / infirmière</w:t>
      </w:r>
    </w:p>
    <w:p/>
    <w:p/>
    <w:p>
      <w:r>
        <w:rPr>
          <w:b w:val="0"/>
          <w:sz w:val="22"/>
        </w:rPr>
        <w:t>Madame, Monsieur,</w:t>
      </w:r>
    </w:p>
    <w:p/>
    <w:p>
      <w:r>
        <w:rPr>
          <w:b w:val="0"/>
          <w:sz w:val="22"/>
        </w:rPr>
        <w:t>Titulaire du diplôme d’État d’infirmier, je souhaite vous proposer ma candidature pour un poste au sein de votre établissement. Motivé(e) par la qualité des soins, l’accompagnement des patients et le travail en équipe pluridisciplinaire, je suis convaincu(e) que mon profil correspond aux exigences de votre structure.</w:t>
      </w:r>
    </w:p>
    <w:p/>
    <w:p>
      <w:r>
        <w:rPr>
          <w:b w:val="0"/>
          <w:sz w:val="22"/>
        </w:rPr>
        <w:t>Au cours de mes expériences professionnelles, notamment à [Nom de l'établissement ou service], j’ai développé des compétences solides en soins infirmiers, gestion des urgences, prise en charge globale des patients et communication avec les équipes médicales et les familles. Ma rigueur, mon sens de l’écoute et ma capacité d’adaptation me permettent d’assurer un suivi optimal et personnalisé.</w:t>
      </w:r>
    </w:p>
    <w:p/>
    <w:p>
      <w:r>
        <w:rPr>
          <w:b w:val="0"/>
          <w:sz w:val="22"/>
        </w:rPr>
        <w:t>Intégrer votre établissement représente pour moi une opportunité d’évoluer dans un environnement dynamique et exigeant, où je pourrai mettre à profit mes compétences tout en continuant à me former et à m’investir pleinement dans la qualité des soins.</w:t>
      </w:r>
    </w:p>
    <w:p/>
    <w:p>
      <w:r>
        <w:rPr>
          <w:b w:val="0"/>
          <w:sz w:val="22"/>
        </w:rPr>
        <w:t>Je reste à votre disposition pour un entretien afin d’échanger plus en détail sur mes motivations et mes compétences. Je vous remercie par avance de l’attention que vous porterez à ma candidature.</w:t>
      </w:r>
    </w:p>
    <w:p/>
    <w:p/>
    <w:p>
      <w:r>
        <w:rPr>
          <w:b w:val="0"/>
          <w:sz w:val="22"/>
        </w:rPr>
        <w:t>Veuillez agréer, Madame, Monsieur, l’expression de mes salutations distinguées.</w:t>
      </w:r>
    </w:p>
    <w:p/>
    <w:p/>
    <w:p/>
    <w:p>
      <w:r>
        <w:rPr>
          <w:b w:val="0"/>
          <w:sz w:val="22"/>
        </w:rPr>
        <w:t>Signature :</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rPr>
                <w:sz w:val="20"/>
              </w:rPr>
              <w:t>Téléphone :</w:t>
            </w:r>
          </w:p>
        </w:tc>
        <w:tc>
          <w:tcPr>
            <w:tcW w:type="dxa" w:w="4986"/>
            <w:tcBorders>
              <w:top w:val="nil"/>
              <w:left w:val="nil"/>
              <w:bottom w:val="nil"/>
              <w:right w:val="nil"/>
              <w:insideH w:val="nil"/>
              <w:insideV w:val="nil"/>
            </w:tcBorders>
          </w:tcPr>
          <w:p>
            <w:pPr>
              <w:jc w:val="left"/>
            </w:pPr>
            <w:r>
              <w:rPr>
                <w:sz w:val="20"/>
              </w:rPr>
              <w:t>Email :</w:t>
            </w:r>
          </w:p>
        </w:tc>
      </w:tr>
      <w:tr>
        <w:tc>
          <w:tcPr>
            <w:tcW w:type="dxa" w:w="4986"/>
            <w:tcBorders>
              <w:top w:val="nil"/>
              <w:left w:val="nil"/>
              <w:bottom w:val="nil"/>
              <w:right w:val="nil"/>
              <w:insideH w:val="nil"/>
              <w:insideV w:val="nil"/>
            </w:tcBorders>
          </w:tcPr>
          <w:p>
            <w:pPr>
              <w:jc w:val="left"/>
            </w:pPr>
            <w:r>
              <w:rPr>
                <w:sz w:val="20"/>
              </w:rPr>
              <w:t>Adresse :</w:t>
            </w:r>
          </w:p>
        </w:tc>
        <w:tc>
          <w:tcPr>
            <w:tcW w:type="dxa" w:w="4986"/>
            <w:tcBorders>
              <w:top w:val="nil"/>
              <w:left w:val="nil"/>
              <w:bottom w:val="nil"/>
              <w:right w:val="nil"/>
              <w:insideH w:val="nil"/>
              <w:insideV w:val="nil"/>
            </w:tcBorders>
          </w:tcPr>
          <w:p>
            <w:pPr>
              <w:jc w:val="left"/>
            </w:pPr>
            <w:r>
              <w:rPr>
                <w:sz w:val="20"/>
              </w:rPr>
              <w:t>Ville :</w:t>
            </w:r>
          </w:p>
        </w:tc>
      </w:tr>
    </w:tbl>
    <w:p>
      <w:r>
        <w:br w:type="page"/>
      </w:r>
    </w:p>
    <w:p>
      <w:pPr>
        <w:jc w:val="center"/>
      </w:pPr>
      <w:r>
        <w:rPr>
          <w:color w:val="555555"/>
          <w:sz w:val="24"/>
        </w:rPr>
        <w:t>Source originale de ce document :</w:t>
      </w:r>
    </w:p>
    <w:p>
      <w:pPr>
        <w:jc w:val="center"/>
      </w:pPr>
      <w:hyperlink r:id="rId9">
        <w:r>
          <w:rPr>
            <w:color w:val="0000FF"/>
            <w:u w:val="single"/>
          </w:rPr>
          <w:t>https://lettredemotivation-modeles.com/lettre-de-motivation-infirmier/</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https://lettredemotivation-modeles.com</w:t>
        </w:r>
      </w:hyperlink>
    </w:p>
    <w:p>
      <w:pPr>
        <w:jc w:val="center"/>
      </w:pPr>
      <w:r>
        <w:rPr>
          <w:color w:val="808080"/>
          <w:sz w:val="20"/>
        </w:rPr>
        <w:t>Ce modèle est destiné exclusivement à un usage personnel et non commercial.</w:t>
        <w:br/>
        <w:t>Toute diffusion ou publication doit obligatoirement mentionner la source. © lettredemotivation-modeles.com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redemotivation-modeles.com/lettre-de-motivation-infirmier/" TargetMode="External"/><Relationship Id="rId10" Type="http://schemas.openxmlformats.org/officeDocument/2006/relationships/hyperlink" Target="https://lettredemotivation-model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