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Nom Prénom :</w:t>
      </w:r>
    </w:p>
    <w:p>
      <w:r>
        <w:rPr>
          <w:b w:val="0"/>
          <w:sz w:val="22"/>
        </w:rPr>
        <w:t>Adresse :</w:t>
      </w:r>
    </w:p>
    <w:p>
      <w:r>
        <w:rPr>
          <w:b w:val="0"/>
          <w:sz w:val="22"/>
        </w:rPr>
        <w:t>Code postal - Ville :</w:t>
      </w:r>
    </w:p>
    <w:p>
      <w:r>
        <w:rPr>
          <w:b w:val="0"/>
          <w:sz w:val="22"/>
        </w:rPr>
        <w:t>Téléphone :</w:t>
      </w:r>
    </w:p>
    <w:p>
      <w:r>
        <w:rPr>
          <w:b w:val="0"/>
          <w:sz w:val="22"/>
        </w:rPr>
        <w:t>Email :</w:t>
      </w:r>
    </w:p>
    <w:p/>
    <w:p/>
    <w:p>
      <w:r>
        <w:rPr>
          <w:b/>
          <w:sz w:val="22"/>
        </w:rPr>
        <w:t>Nom de l'entreprise :</w:t>
      </w:r>
    </w:p>
    <w:p>
      <w:r>
        <w:rPr>
          <w:b w:val="0"/>
          <w:sz w:val="22"/>
        </w:rPr>
        <w:t>Adresse :</w:t>
      </w:r>
    </w:p>
    <w:p>
      <w:r>
        <w:rPr>
          <w:b w:val="0"/>
          <w:sz w:val="22"/>
        </w:rPr>
        <w:t>Code postal - Ville :</w:t>
      </w:r>
    </w:p>
    <w:p/>
    <w:p/>
    <w:p>
      <w:r>
        <w:rPr>
          <w:b/>
          <w:sz w:val="22"/>
        </w:rPr>
        <w:t>Objet : Candidature pour un contrat d'apprentissage</w:t>
      </w:r>
    </w:p>
    <w:p/>
    <w:p/>
    <w:p>
      <w:r>
        <w:rPr>
          <w:b w:val="0"/>
          <w:sz w:val="22"/>
        </w:rPr>
        <w:t>Madame, Monsieur,</w:t>
      </w:r>
    </w:p>
    <w:p/>
    <w:p>
      <w:r>
        <w:rPr>
          <w:b w:val="0"/>
          <w:sz w:val="22"/>
        </w:rPr>
        <w:t>Actuellement à la recherche d'un contrat d'apprentissage dans le cadre de ma formation en ______________________________, je me permets de vous adresser ma candidature pour intégrer votre entreprise en qualité d'apprenti.</w:t>
      </w:r>
    </w:p>
    <w:p/>
    <w:p>
      <w:r>
        <w:rPr>
          <w:b w:val="0"/>
          <w:sz w:val="22"/>
        </w:rPr>
        <w:t>Passionné(e) par le domaine de ______________________________, j'ai choisi cette voie afin de développer mes compétences théoriques et pratiques. Ma formation actuelle me permet d'acquérir des connaissances solides dans les domaines suivants : ______________________________.</w:t>
      </w:r>
    </w:p>
    <w:p/>
    <w:p>
      <w:r>
        <w:rPr>
          <w:b w:val="0"/>
          <w:sz w:val="22"/>
        </w:rPr>
        <w:t>Votre entreprise, reconnue pour son expertise et son engagement dans ______________________________, représente pour moi l'environnement idéal pour mettre en pratique mes acquis et contribuer activement à vos projets.</w:t>
      </w:r>
    </w:p>
    <w:p/>
    <w:p>
      <w:r>
        <w:rPr>
          <w:b w:val="0"/>
          <w:sz w:val="22"/>
        </w:rPr>
        <w:t>Sérieux(se), motivé(e) et doté(e) d'un bon esprit d'équipe, je suis convaincu(e) que mon dynamisme et ma volonté d'apprendre seront des atouts pour réussir dans cette mission.</w:t>
      </w:r>
    </w:p>
    <w:p/>
    <w:p>
      <w:r>
        <w:rPr>
          <w:b w:val="0"/>
          <w:sz w:val="22"/>
        </w:rPr>
        <w:t>Je serais honoré(e) de pouvoir vous rencontrer afin de vous exposer plus en détail mes motivations et répondre à vos éventuelles questions.</w:t>
      </w:r>
    </w:p>
    <w:p/>
    <w:p>
      <w:r>
        <w:rPr>
          <w:b w:val="0"/>
          <w:sz w:val="22"/>
        </w:rPr>
        <w:t>Dans l’attente de votre réponse, je vous prie d’agréer, Madame, Monsieur, l’expression de mes salutations distinguées.</w:t>
      </w:r>
    </w:p>
    <w:p/>
    <w:p/>
    <w:p>
      <w:r>
        <w:rPr>
          <w:b w:val="0"/>
          <w:sz w:val="22"/>
        </w:rPr>
        <w:t>Signature :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Lieu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https://lettredemotivation-modeles.com/lettre-de-motivation-apprentissage/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https://lettredemotivation-modeles.com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lettredemotivation-modeles.com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redemotivation-modeles.com/lettre-de-motivation-apprentissage/" TargetMode="External"/><Relationship Id="rId10" Type="http://schemas.openxmlformats.org/officeDocument/2006/relationships/hyperlink" Target="https://lettredemotivation-model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